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77777777" w:rsidR="00945CC5" w:rsidRDefault="00FA7758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84047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404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77777777" w:rsidR="00945CC5" w:rsidRDefault="00945CC5">
            <w:pPr>
              <w:keepNext/>
            </w:pPr>
            <w:r>
              <w:t>BUZĂU</w:t>
            </w: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1468B446" w14:textId="77777777" w:rsidR="00945CC5" w:rsidRDefault="00FA7758">
            <w:pPr>
              <w:keepNext/>
            </w:pPr>
            <w:r>
              <w:t>PRIMĂRIA COMUNEI STÂLPU</w:t>
            </w:r>
          </w:p>
          <w:p w14:paraId="0FD8A1B9" w14:textId="77777777" w:rsidR="00945CC5" w:rsidRDefault="00945CC5">
            <w:pPr>
              <w:keepNext/>
            </w:pP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77777777" w:rsidR="00945CC5" w:rsidRPr="003E706D" w:rsidRDefault="00945CC5">
            <w:pPr>
              <w:keepNext/>
              <w:rPr>
                <w:lang w:val="fr-FR"/>
              </w:rPr>
            </w:pPr>
            <w:r>
              <w:t>2407591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039C0A9" w14:textId="77777777" w:rsidR="00945CC5" w:rsidRDefault="00FA7758">
            <w:pPr>
              <w:keepNext/>
            </w:pPr>
            <w:r>
              <w:t>Adresa</w:t>
            </w:r>
          </w:p>
          <w:p w14:paraId="12A0D75C" w14:textId="77777777" w:rsidR="00945CC5" w:rsidRDefault="00FA7758">
            <w:pPr>
              <w:keepNext/>
            </w:pPr>
            <w:r>
              <w:t>Str. Constantin Angelescu nr. 186, comuna Stâlpu, județul Buzău, cod poștal 127605</w:t>
            </w:r>
          </w:p>
          <w:p w14:paraId="3F728E3B" w14:textId="77777777" w:rsidR="00945CC5" w:rsidRDefault="00945CC5">
            <w:pPr>
              <w:keepNext/>
            </w:pPr>
            <w:r>
              <w:t>Tel./Fax: 0238-753598; E-mail: primariastilpu@yahoo.com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și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</w:t>
            </w:r>
            <w:r>
              <w:rPr>
                <w:b/>
                <w:color w:val="000000"/>
                <w:sz w:val="18"/>
              </w:rPr>
              <w:t>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 xml:space="preserve">VALORI ȘI </w:t>
            </w:r>
            <w:r>
              <w:rPr>
                <w:b/>
                <w:color w:val="000000"/>
                <w:sz w:val="18"/>
              </w:rPr>
              <w:t>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>☐</w:t>
            </w:r>
            <w:r w:rsidRPr="004E6AFA">
              <w:rPr>
                <w:sz w:val="16"/>
              </w:rPr>
              <w:t xml:space="preserve">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</w:t>
            </w:r>
            <w:r w:rsidRPr="003E706D">
              <w:rPr>
                <w:sz w:val="16"/>
                <w:lang w:val="fr-FR"/>
              </w:rPr>
              <w:t>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și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</w:t>
            </w:r>
            <w:r w:rsidRPr="003E706D">
              <w:rPr>
                <w:i/>
                <w:sz w:val="17"/>
                <w:lang w:val="fr-FR"/>
              </w:rPr>
              <w:t>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și exacte și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bookmarkStart w:id="0" w:name="_GoBack"/>
            <w:bookmarkEnd w:id="0"/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</w:t>
            </w:r>
            <w:r>
              <w:rPr>
                <w:b/>
                <w:color w:val="000000"/>
                <w:sz w:val="18"/>
              </w:rPr>
              <w:t>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645BC" w14:textId="77777777" w:rsidR="00FA7758" w:rsidRDefault="00FA7758">
      <w:r>
        <w:separator/>
      </w:r>
    </w:p>
  </w:endnote>
  <w:endnote w:type="continuationSeparator" w:id="0">
    <w:p w14:paraId="7C09CDE6" w14:textId="77777777" w:rsidR="00FA7758" w:rsidRDefault="00FA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64EB7" w14:textId="77777777" w:rsidR="00FA7758" w:rsidRDefault="00FA7758">
      <w:r>
        <w:separator/>
      </w:r>
    </w:p>
  </w:footnote>
  <w:footnote w:type="continuationSeparator" w:id="0">
    <w:p w14:paraId="3BF3D3E0" w14:textId="77777777" w:rsidR="00FA7758" w:rsidRDefault="00FA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945CC5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3304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2026-08-25T07:22:00Z</dcterms:modified>
  <cp:category/>
</cp:coreProperties>
</file>