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D4241" w14:paraId="75F87DD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ECBD4B9" w14:textId="77777777" w:rsidR="00BD4241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84047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404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0CAC84D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170F875" w14:textId="77777777" w:rsidR="00BD4241" w:rsidRDefault="00BD4241">
            <w:pPr>
              <w:keepNext/>
            </w:pPr>
            <w:r>
              <w:t>BUZĂU</w:t>
            </w:r>
          </w:p>
        </w:tc>
      </w:tr>
      <w:tr w:rsidR="00BD4241" w14:paraId="46378CC6" w14:textId="77777777">
        <w:trPr>
          <w:cantSplit/>
          <w:trHeight w:val="510"/>
        </w:trPr>
        <w:tc>
          <w:tcPr>
            <w:tcW w:w="1606" w:type="dxa"/>
            <w:vMerge/>
          </w:tcPr>
          <w:p w14:paraId="59016D90" w14:textId="77777777" w:rsidR="00BD4241" w:rsidRDefault="00BD4241"/>
        </w:tc>
        <w:tc>
          <w:tcPr>
            <w:tcW w:w="8030" w:type="dxa"/>
            <w:gridSpan w:val="3"/>
            <w:shd w:val="clear" w:color="auto" w:fill="F0F0F0"/>
          </w:tcPr>
          <w:p w14:paraId="26D504E8" w14:textId="77777777" w:rsidR="00BD4241" w:rsidRDefault="00000000">
            <w:pPr>
              <w:keepNext/>
            </w:pPr>
            <w:r>
              <w:t>PRIMĂRIA COMUNEI STÂLPU</w:t>
            </w:r>
          </w:p>
          <w:p w14:paraId="5529F8B8" w14:textId="77777777" w:rsidR="00BD4241" w:rsidRDefault="00BD4241">
            <w:pPr>
              <w:keepNext/>
            </w:pPr>
          </w:p>
        </w:tc>
      </w:tr>
      <w:tr w:rsidR="00BD4241" w14:paraId="4792C433" w14:textId="77777777">
        <w:trPr>
          <w:cantSplit/>
          <w:trHeight w:val="510"/>
        </w:trPr>
        <w:tc>
          <w:tcPr>
            <w:tcW w:w="1606" w:type="dxa"/>
            <w:vMerge/>
          </w:tcPr>
          <w:p w14:paraId="5C207147" w14:textId="77777777" w:rsidR="00BD4241" w:rsidRDefault="00BD4241"/>
        </w:tc>
        <w:tc>
          <w:tcPr>
            <w:tcW w:w="2409" w:type="dxa"/>
            <w:shd w:val="clear" w:color="auto" w:fill="F0F0F0"/>
          </w:tcPr>
          <w:p w14:paraId="63A69977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(CIF)</w:t>
            </w:r>
          </w:p>
          <w:p w14:paraId="095A60EC" w14:textId="77777777" w:rsidR="00BD4241" w:rsidRPr="00A256C2" w:rsidRDefault="00BD4241">
            <w:pPr>
              <w:keepNext/>
              <w:rPr>
                <w:lang w:val="fr-FR"/>
              </w:rPr>
            </w:pPr>
            <w:r>
              <w:t>2407591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B44E66B" w14:textId="77777777" w:rsidR="00BD4241" w:rsidRDefault="00000000">
            <w:pPr>
              <w:keepNext/>
            </w:pPr>
            <w:r>
              <w:t>Adresa</w:t>
            </w:r>
          </w:p>
          <w:p w14:paraId="4D4888E9" w14:textId="77777777" w:rsidR="00BD4241" w:rsidRDefault="00000000">
            <w:pPr>
              <w:keepNext/>
            </w:pPr>
            <w:r>
              <w:t>Str. Constantin Angelescu nr. 186, comuna Stâlpu, județul Buzău, cod poștal 127605</w:t>
            </w:r>
          </w:p>
          <w:p w14:paraId="72B93E2A" w14:textId="77777777" w:rsidR="00BD4241" w:rsidRDefault="00BD4241">
            <w:pPr>
              <w:keepNext/>
            </w:pPr>
            <w:r>
              <w:t>Tel./Fax: 0238-753598; E-mail: primariastilpu@yahoo.com</w:t>
            </w:r>
          </w:p>
        </w:tc>
      </w:tr>
      <w:tr w:rsidR="00BD4241" w14:paraId="451B073E" w14:textId="77777777">
        <w:trPr>
          <w:cantSplit/>
          <w:trHeight w:val="510"/>
        </w:trPr>
        <w:tc>
          <w:tcPr>
            <w:tcW w:w="1606" w:type="dxa"/>
            <w:vMerge/>
          </w:tcPr>
          <w:p w14:paraId="647DA494" w14:textId="77777777" w:rsidR="00BD4241" w:rsidRDefault="00BD4241"/>
        </w:tc>
        <w:tc>
          <w:tcPr>
            <w:tcW w:w="4818" w:type="dxa"/>
            <w:gridSpan w:val="2"/>
            <w:shd w:val="clear" w:color="auto" w:fill="F0F0F0"/>
          </w:tcPr>
          <w:p w14:paraId="431FA99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AE2CC" w14:textId="77777777" w:rsidR="00BD4241" w:rsidRDefault="00BD4241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C9B822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4DBF38B" w14:textId="77777777" w:rsidR="00BD4241" w:rsidRDefault="00BD4241">
            <w:pPr>
              <w:keepNext/>
            </w:pPr>
          </w:p>
        </w:tc>
      </w:tr>
      <w:tr w:rsidR="00BD4241" w:rsidRPr="00917520" w14:paraId="2C068744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8F1B702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A256C2">
              <w:rPr>
                <w:i/>
                <w:color w:val="595959"/>
                <w:lang w:val="fr-FR"/>
              </w:rPr>
              <w:t>se</w:t>
            </w:r>
            <w:proofErr w:type="gram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scrie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în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p w14:paraId="79F54518" w14:textId="77777777" w:rsidR="00BD4241" w:rsidRPr="00850B64" w:rsidRDefault="00000000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1CA5657F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sector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0337CF3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</w:tr>
      <w:tr w:rsidR="00BD4241" w:rsidRPr="00917520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A256C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256C2">
              <w:rPr>
                <w:lang w:val="fr-FR"/>
              </w:rPr>
              <w:t>Cererea</w:t>
            </w:r>
            <w:proofErr w:type="spellEnd"/>
            <w:r w:rsidRPr="00A256C2">
              <w:rPr>
                <w:lang w:val="fr-FR"/>
              </w:rPr>
              <w:t xml:space="preserve"> va fi </w:t>
            </w:r>
            <w:proofErr w:type="spellStart"/>
            <w:r w:rsidRPr="00A256C2">
              <w:rPr>
                <w:lang w:val="fr-FR"/>
              </w:rPr>
              <w:t>transmisă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către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președintele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consiliului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județean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general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de </w:t>
            </w:r>
            <w:proofErr w:type="spellStart"/>
            <w:r w:rsidRPr="00A256C2">
              <w:rPr>
                <w:lang w:val="fr-FR"/>
              </w:rPr>
              <w:t>sector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sau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municipiului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orașului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comunei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după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caz</w:t>
            </w:r>
            <w:proofErr w:type="spellEnd"/>
            <w:r w:rsidRPr="00A256C2">
              <w:rPr>
                <w:lang w:val="fr-FR"/>
              </w:rPr>
              <w:t>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917520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titular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dreptului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proprietate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împuternicit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în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conformitate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cu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prevederile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Legii</w:t>
      </w:r>
      <w:proofErr w:type="spellEnd"/>
      <w:r w:rsidRPr="00232B9E">
        <w:rPr>
          <w:sz w:val="18"/>
          <w:lang w:val="fr-FR"/>
        </w:rPr>
        <w:t xml:space="preserve"> nr. 169/2026 </w:t>
      </w:r>
      <w:proofErr w:type="spellStart"/>
      <w:r w:rsidRPr="00232B9E">
        <w:rPr>
          <w:sz w:val="18"/>
          <w:lang w:val="fr-FR"/>
        </w:rPr>
        <w:t>privind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Codul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amenajării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teritoriului</w:t>
      </w:r>
      <w:proofErr w:type="spellEnd"/>
      <w:r w:rsidRPr="00232B9E">
        <w:rPr>
          <w:sz w:val="18"/>
          <w:lang w:val="fr-FR"/>
        </w:rPr>
        <w:t xml:space="preserve">, </w:t>
      </w:r>
      <w:proofErr w:type="spellStart"/>
      <w:r w:rsidRPr="00232B9E">
        <w:rPr>
          <w:sz w:val="18"/>
          <w:lang w:val="fr-FR"/>
        </w:rPr>
        <w:t>urbanismului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și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construcțiilor</w:t>
      </w:r>
      <w:proofErr w:type="spellEnd"/>
      <w:r w:rsidRPr="00232B9E">
        <w:rPr>
          <w:sz w:val="18"/>
          <w:lang w:val="fr-FR"/>
        </w:rPr>
        <w:t>,</w:t>
      </w:r>
    </w:p>
    <w:p w14:paraId="55F72AB1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solicit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emiterea</w:t>
      </w:r>
      <w:proofErr w:type="spellEnd"/>
    </w:p>
    <w:p w14:paraId="458BA7BA" w14:textId="77777777" w:rsidR="00917520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clădiri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și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proofErr w:type="gramStart"/>
      <w:r w:rsidRPr="00232B9E">
        <w:rPr>
          <w:sz w:val="16"/>
          <w:lang w:val="fr-FR"/>
        </w:rPr>
        <w:t>amenajări</w:t>
      </w:r>
      <w:proofErr w:type="spellEnd"/>
      <w:r w:rsidRPr="00232B9E">
        <w:rPr>
          <w:sz w:val="16"/>
          <w:lang w:val="fr-FR"/>
        </w:rPr>
        <w:t xml:space="preserve">  </w:t>
      </w:r>
      <w:r w:rsidR="00917520">
        <w:rPr>
          <w:sz w:val="16"/>
          <w:lang w:val="fr-FR"/>
        </w:rPr>
        <w:t>/</w:t>
      </w:r>
      <w:proofErr w:type="gramEnd"/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lucrări</w:t>
      </w:r>
      <w:proofErr w:type="spellEnd"/>
      <w:r w:rsidR="00462384">
        <w:rPr>
          <w:sz w:val="16"/>
          <w:lang w:val="fr-FR"/>
        </w:rPr>
        <w:t xml:space="preserve"> </w:t>
      </w:r>
      <w:proofErr w:type="spellStart"/>
      <w:proofErr w:type="gramStart"/>
      <w:r w:rsidR="00462384">
        <w:rPr>
          <w:sz w:val="16"/>
          <w:lang w:val="fr-FR"/>
        </w:rPr>
        <w:t>inginerești</w:t>
      </w:r>
      <w:proofErr w:type="spellEnd"/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proofErr w:type="gramEnd"/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caracter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special</w:t>
      </w:r>
      <w:proofErr w:type="spellEnd"/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Default="00000000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vederea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realizării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obiectivului</w:t>
            </w:r>
            <w:proofErr w:type="spellEnd"/>
            <w:r w:rsidR="00A256C2">
              <w:rPr>
                <w:sz w:val="16"/>
              </w:rPr>
              <w:t xml:space="preserve"> de </w:t>
            </w:r>
            <w:proofErr w:type="spellStart"/>
            <w:r w:rsidR="00A256C2">
              <w:rPr>
                <w:sz w:val="16"/>
              </w:rPr>
              <w:t>investiții</w:t>
            </w:r>
            <w:proofErr w:type="spellEnd"/>
            <w:r>
              <w:rPr>
                <w:sz w:val="16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1B01471E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04B4E58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77777777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Număr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ele</w:t>
            </w:r>
            <w:proofErr w:type="spellEnd"/>
          </w:p>
          <w:p w14:paraId="2511787E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construcției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000000">
      <w:r>
        <w:br w:type="page"/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000000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BD4241" w:rsidRPr="00917520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civile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industriale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agricole     ☐ </w:t>
            </w:r>
            <w:proofErr w:type="spellStart"/>
            <w:r w:rsidRPr="00A256C2">
              <w:rPr>
                <w:sz w:val="16"/>
                <w:lang w:val="fr-FR"/>
              </w:rPr>
              <w:t>construcții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caracter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special</w:t>
            </w:r>
            <w:proofErr w:type="spellEnd"/>
          </w:p>
        </w:tc>
      </w:tr>
      <w:tr w:rsidR="00BD4241" w:rsidRPr="00917520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proofErr w:type="spellEnd"/>
            <w:proofErr w:type="gramEnd"/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</w:t>
            </w:r>
            <w:proofErr w:type="spellStart"/>
            <w:r w:rsidR="00A256C2" w:rsidRPr="00A256C2">
              <w:rPr>
                <w:sz w:val="16"/>
                <w:lang w:val="fr-FR"/>
              </w:rPr>
              <w:t>bifa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="00A256C2" w:rsidRPr="00A256C2">
              <w:rPr>
                <w:sz w:val="16"/>
                <w:lang w:val="fr-FR"/>
              </w:rPr>
              <w:t>în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masura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care </w:t>
            </w:r>
            <w:proofErr w:type="spellStart"/>
            <w:r w:rsidR="00A256C2" w:rsidRPr="00A256C2">
              <w:rPr>
                <w:sz w:val="16"/>
                <w:lang w:val="fr-FR"/>
              </w:rPr>
              <w:t>sunt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cunoscute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solicitantulu</w:t>
            </w:r>
            <w:r w:rsidR="00A256C2">
              <w:rPr>
                <w:sz w:val="16"/>
                <w:lang w:val="fr-FR"/>
              </w:rPr>
              <w:t>i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informațiile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cu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privire</w:t>
            </w:r>
            <w:proofErr w:type="spellEnd"/>
            <w:r w:rsidR="00A256C2">
              <w:rPr>
                <w:sz w:val="16"/>
                <w:lang w:val="fr-FR"/>
              </w:rPr>
              <w:t xml:space="preserve"> la </w:t>
            </w:r>
            <w:proofErr w:type="spellStart"/>
            <w:r w:rsidR="00A256C2">
              <w:rPr>
                <w:sz w:val="16"/>
                <w:lang w:val="fr-FR"/>
              </w:rPr>
              <w:t>amplasarea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în</w:t>
            </w:r>
            <w:proofErr w:type="spellEnd"/>
            <w:r w:rsidR="00A256C2">
              <w:rPr>
                <w:sz w:val="16"/>
                <w:lang w:val="fr-FR"/>
              </w:rPr>
              <w:t xml:space="preserve"> zona de </w:t>
            </w:r>
            <w:proofErr w:type="spellStart"/>
            <w:r w:rsidR="00A256C2">
              <w:rPr>
                <w:sz w:val="16"/>
                <w:lang w:val="fr-FR"/>
              </w:rPr>
              <w:t>protecție</w:t>
            </w:r>
            <w:proofErr w:type="spellEnd"/>
            <w:r w:rsidR="00A256C2">
              <w:rPr>
                <w:sz w:val="16"/>
                <w:lang w:val="fr-FR"/>
              </w:rPr>
              <w:t>/</w:t>
            </w:r>
            <w:proofErr w:type="spellStart"/>
            <w:r w:rsidR="00A256C2">
              <w:rPr>
                <w:sz w:val="16"/>
                <w:lang w:val="fr-FR"/>
              </w:rPr>
              <w:t>protejată</w:t>
            </w:r>
            <w:proofErr w:type="spellEnd"/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000000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zona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zonelor</w:t>
            </w:r>
            <w:proofErr w:type="spellEnd"/>
            <w:r w:rsidRPr="00A256C2">
              <w:rPr>
                <w:sz w:val="16"/>
                <w:lang w:val="fr-FR"/>
              </w:rPr>
              <w:t xml:space="preserve">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nu </w:t>
            </w:r>
            <w:proofErr w:type="spellStart"/>
            <w:r>
              <w:rPr>
                <w:sz w:val="16"/>
                <w:lang w:val="fr-FR"/>
              </w:rPr>
              <w:t>sunt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cunoscute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solicitantului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astfel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informații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000000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917520">
              <w:rPr>
                <w:b/>
                <w:bCs/>
                <w:sz w:val="16"/>
                <w:lang w:val="fr-FR"/>
              </w:rPr>
              <w:t xml:space="preserve">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B.1. </w:t>
            </w:r>
            <w:proofErr w:type="gramStart"/>
            <w:r w:rsidRPr="00917520">
              <w:rPr>
                <w:b/>
                <w:bCs/>
                <w:sz w:val="16"/>
                <w:lang w:val="fr-FR"/>
              </w:rPr>
              <w:t>la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prevăzute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la lit. B.2)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000000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gramStart"/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proofErr w:type="gramEnd"/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 xml:space="preserve">a </w:t>
            </w:r>
            <w:proofErr w:type="spellStart"/>
            <w:proofErr w:type="gramStart"/>
            <w:r w:rsidR="00917520" w:rsidRPr="00917520">
              <w:rPr>
                <w:b/>
                <w:bCs/>
                <w:sz w:val="16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</w:rPr>
              <w:t>:</w:t>
            </w:r>
            <w:proofErr w:type="gramEnd"/>
          </w:p>
        </w:tc>
      </w:tr>
      <w:tr w:rsidR="00BD4241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Default="00000000">
            <w:pPr>
              <w:keepNext/>
            </w:pPr>
            <w:r>
              <w:rPr>
                <w:sz w:val="16"/>
              </w:rPr>
              <w:t xml:space="preserve">☐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stabilite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422/2001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protejarea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completările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acestora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BD4241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aflate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zona de </w:t>
            </w:r>
            <w:proofErr w:type="spellStart"/>
            <w:r>
              <w:rPr>
                <w:sz w:val="16"/>
              </w:rPr>
              <w:t>protecție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</w:p>
        </w:tc>
      </w:tr>
      <w:tr w:rsidR="00BD4241" w:rsidRPr="00917520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aflate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potrivit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legii</w:t>
            </w:r>
            <w:proofErr w:type="spellEnd"/>
          </w:p>
        </w:tc>
      </w:tr>
      <w:tr w:rsidR="00BD4241" w:rsidRPr="00917520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valoare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arhitecturală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sau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istorică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deosebită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documentații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urbanism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proofErr w:type="gramStart"/>
            <w:r w:rsidRPr="00917520">
              <w:rPr>
                <w:b/>
                <w:bCs/>
                <w:sz w:val="16"/>
                <w:lang w:val="fr-FR"/>
              </w:rPr>
              <w:t>☐</w:t>
            </w:r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r w:rsidR="00000000" w:rsidRPr="00917520">
              <w:rPr>
                <w:b/>
                <w:bCs/>
                <w:sz w:val="16"/>
                <w:lang w:val="fr-FR"/>
              </w:rPr>
              <w:t xml:space="preserve"> B.3</w:t>
            </w:r>
            <w:proofErr w:type="gramEnd"/>
            <w:r w:rsidR="00000000" w:rsidRPr="00917520">
              <w:rPr>
                <w:b/>
                <w:bCs/>
                <w:sz w:val="16"/>
                <w:lang w:val="fr-FR"/>
              </w:rPr>
              <w:t xml:space="preserve"> · la</w:t>
            </w:r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altele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decât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cele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000000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din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categoria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celor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 w:rsidRPr="00917520">
              <w:rPr>
                <w:sz w:val="16"/>
                <w:lang w:val="fr-FR"/>
              </w:rPr>
              <w:t>stabilite</w:t>
            </w:r>
            <w:proofErr w:type="spellEnd"/>
            <w:r w:rsidR="00917520" w:rsidRPr="00917520">
              <w:rPr>
                <w:sz w:val="16"/>
                <w:lang w:val="fr-FR"/>
              </w:rPr>
              <w:t xml:space="preserve">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</w:t>
            </w:r>
            <w:r w:rsidR="00917520">
              <w:rPr>
                <w:sz w:val="16"/>
                <w:lang w:val="fr-FR"/>
              </w:rPr>
              <w:t>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000000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    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plantate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organizare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șantier</w:t>
            </w:r>
            <w:proofErr w:type="spellEnd"/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000000">
            <w:pPr>
              <w:keepNext/>
            </w:pPr>
            <w:r>
              <w:rPr>
                <w:sz w:val="16"/>
              </w:rPr>
              <w:t xml:space="preserve"> D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</w:p>
        </w:tc>
      </w:tr>
      <w:tr w:rsidR="00BD4241" w:rsidRPr="00917520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de transport</w:t>
            </w:r>
          </w:p>
          <w:p w14:paraId="05C62BB3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energetică</w:t>
            </w:r>
            <w:proofErr w:type="spellEnd"/>
          </w:p>
          <w:p w14:paraId="1E87347E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rețele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comunicații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electronice</w:t>
            </w:r>
            <w:proofErr w:type="spellEnd"/>
          </w:p>
          <w:p w14:paraId="43F594AA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gospodărirea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apelor</w:t>
            </w:r>
            <w:proofErr w:type="spellEnd"/>
          </w:p>
          <w:p w14:paraId="3F55129D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hidrotehnice</w:t>
            </w:r>
            <w:proofErr w:type="spellEnd"/>
          </w:p>
          <w:p w14:paraId="3DB7F2E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miniere</w:t>
            </w:r>
            <w:proofErr w:type="spellEnd"/>
          </w:p>
          <w:p w14:paraId="54EDF735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alte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lucrări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inginerești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necesare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realizării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unor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obiective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interes</w:t>
            </w:r>
            <w:proofErr w:type="spellEnd"/>
            <w:r w:rsidRPr="00A256C2">
              <w:rPr>
                <w:sz w:val="16"/>
                <w:lang w:val="fr-FR"/>
              </w:rPr>
              <w:t xml:space="preserve">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000000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A256C2">
              <w:rPr>
                <w:sz w:val="16"/>
                <w:lang w:val="fr-FR"/>
              </w:rPr>
              <w:t>funciară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actualizat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plan de </w:t>
            </w:r>
            <w:proofErr w:type="spellStart"/>
            <w:r w:rsidRPr="00A256C2">
              <w:rPr>
                <w:sz w:val="16"/>
                <w:lang w:val="fr-FR"/>
              </w:rPr>
              <w:t>situație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propus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amprenta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la sol</w:t>
            </w:r>
            <w:proofErr w:type="gram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corpurilor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 xml:space="preserve">de </w:t>
            </w:r>
            <w:proofErr w:type="spellStart"/>
            <w:r w:rsidR="00A256C2">
              <w:rPr>
                <w:sz w:val="16"/>
                <w:lang w:val="fr-FR"/>
              </w:rPr>
              <w:t>clădire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spre</w:t>
            </w:r>
            <w:proofErr w:type="spellEnd"/>
            <w:r>
              <w:rPr>
                <w:sz w:val="16"/>
                <w:lang w:val="fr-FR"/>
              </w:rPr>
              <w:t xml:space="preserve"> construire /</w:t>
            </w:r>
            <w:proofErr w:type="spellStart"/>
            <w:r>
              <w:rPr>
                <w:sz w:val="16"/>
                <w:lang w:val="fr-FR"/>
              </w:rPr>
              <w:t>desființare</w:t>
            </w:r>
            <w:proofErr w:type="spellEnd"/>
            <w:r>
              <w:rPr>
                <w:sz w:val="16"/>
                <w:lang w:val="fr-FR"/>
              </w:rPr>
              <w:t xml:space="preserve"> / </w:t>
            </w:r>
            <w:proofErr w:type="spellStart"/>
            <w:r>
              <w:rPr>
                <w:sz w:val="16"/>
                <w:lang w:val="fr-FR"/>
              </w:rPr>
              <w:t>extindere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 xml:space="preserve">☐ plan de </w:t>
            </w:r>
            <w:proofErr w:type="spellStart"/>
            <w:r w:rsidRPr="00232B9E">
              <w:rPr>
                <w:sz w:val="16"/>
                <w:lang w:val="fr-FR"/>
              </w:rPr>
              <w:t>încadrare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în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zonă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în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sistem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Stereo</w:t>
            </w:r>
            <w:proofErr w:type="spellEnd"/>
            <w:r w:rsidR="00745F29">
              <w:rPr>
                <w:sz w:val="16"/>
                <w:lang w:val="fr-FR"/>
              </w:rPr>
              <w:t xml:space="preserve"> 70</w:t>
            </w:r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descrierea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succintă</w:t>
            </w:r>
            <w:proofErr w:type="spellEnd"/>
            <w:r w:rsidRPr="00232B9E">
              <w:rPr>
                <w:sz w:val="16"/>
                <w:lang w:val="fr-FR"/>
              </w:rPr>
              <w:t xml:space="preserve"> a </w:t>
            </w:r>
            <w:proofErr w:type="spellStart"/>
            <w:r w:rsidRPr="00232B9E">
              <w:rPr>
                <w:sz w:val="16"/>
                <w:lang w:val="fr-FR"/>
              </w:rPr>
              <w:t>investiției</w:t>
            </w:r>
            <w:proofErr w:type="spellEnd"/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împuternicirea</w:t>
            </w:r>
            <w:proofErr w:type="spellEnd"/>
            <w:r w:rsidRPr="00232B9E">
              <w:rPr>
                <w:sz w:val="16"/>
                <w:lang w:val="fr-FR"/>
              </w:rPr>
              <w:t xml:space="preserve">, </w:t>
            </w:r>
            <w:proofErr w:type="spellStart"/>
            <w:r w:rsidRPr="00232B9E">
              <w:rPr>
                <w:sz w:val="16"/>
                <w:lang w:val="fr-FR"/>
              </w:rPr>
              <w:t>dacă</w:t>
            </w:r>
            <w:proofErr w:type="spellEnd"/>
            <w:r w:rsidRPr="00232B9E">
              <w:rPr>
                <w:sz w:val="16"/>
                <w:lang w:val="fr-FR"/>
              </w:rPr>
              <w:t xml:space="preserve"> este </w:t>
            </w:r>
            <w:proofErr w:type="spellStart"/>
            <w:r w:rsidRPr="00232B9E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000000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</w:t>
            </w:r>
            <w:proofErr w:type="spellStart"/>
            <w:r w:rsidRPr="00A256C2">
              <w:rPr>
                <w:sz w:val="16"/>
                <w:lang w:val="fr-FR"/>
              </w:rPr>
              <w:t>scris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poștă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256C2">
              <w:rPr>
                <w:sz w:val="16"/>
                <w:lang w:val="fr-FR"/>
              </w:rPr>
              <w:t>adresa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de e-mail</w:t>
            </w:r>
            <w:proofErr w:type="gram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indicată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ridicare</w:t>
            </w:r>
            <w:proofErr w:type="spellEnd"/>
            <w:r w:rsidRPr="00A256C2">
              <w:rPr>
                <w:sz w:val="16"/>
                <w:lang w:val="fr-FR"/>
              </w:rPr>
              <w:t xml:space="preserve"> de la </w:t>
            </w:r>
            <w:proofErr w:type="spellStart"/>
            <w:r w:rsidRPr="00A256C2">
              <w:rPr>
                <w:sz w:val="16"/>
                <w:lang w:val="fr-FR"/>
              </w:rPr>
              <w:t>sediul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000000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C43A1" w14:textId="77777777" w:rsidR="004232B2" w:rsidRDefault="004232B2">
      <w:r>
        <w:separator/>
      </w:r>
    </w:p>
  </w:endnote>
  <w:endnote w:type="continuationSeparator" w:id="0">
    <w:p w14:paraId="64C6C37C" w14:textId="77777777" w:rsidR="004232B2" w:rsidRDefault="00423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Default="00000000">
    <w:pPr>
      <w:pStyle w:val="Subsol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7909F" w14:textId="77777777" w:rsidR="004232B2" w:rsidRDefault="004232B2">
      <w:r>
        <w:separator/>
      </w:r>
    </w:p>
  </w:footnote>
  <w:footnote w:type="continuationSeparator" w:id="0">
    <w:p w14:paraId="03882078" w14:textId="77777777" w:rsidR="004232B2" w:rsidRDefault="004232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44F"/>
    <w:rsid w:val="0015074B"/>
    <w:rsid w:val="00200AB0"/>
    <w:rsid w:val="00232B9E"/>
    <w:rsid w:val="0029639D"/>
    <w:rsid w:val="00326F90"/>
    <w:rsid w:val="004232B2"/>
    <w:rsid w:val="004408E8"/>
    <w:rsid w:val="00462384"/>
    <w:rsid w:val="006C103E"/>
    <w:rsid w:val="00745F29"/>
    <w:rsid w:val="00850B64"/>
    <w:rsid w:val="00917520"/>
    <w:rsid w:val="009511F8"/>
    <w:rsid w:val="00A256C2"/>
    <w:rsid w:val="00AA1D8D"/>
    <w:rsid w:val="00B47730"/>
    <w:rsid w:val="00BD4241"/>
    <w:rsid w:val="00CB0664"/>
    <w:rsid w:val="00D50D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610</Words>
  <Characters>3482</Characters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2026-08-24T14:54:00Z</dcterms:modified>
  <cp:category/>
</cp:coreProperties>
</file>