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46492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77777777" w:rsidR="0084649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84047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404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E439CB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E02068" w14:textId="77777777" w:rsidR="00846492" w:rsidRDefault="00846492">
            <w:pPr>
              <w:keepNext/>
            </w:pPr>
            <w:r>
              <w:t>BUZĂU</w:t>
            </w:r>
          </w:p>
        </w:tc>
      </w:tr>
      <w:tr w:rsidR="00846492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846492" w:rsidRDefault="00846492"/>
        </w:tc>
        <w:tc>
          <w:tcPr>
            <w:tcW w:w="8030" w:type="dxa"/>
            <w:gridSpan w:val="3"/>
            <w:shd w:val="clear" w:color="auto" w:fill="F0F0F0"/>
          </w:tcPr>
          <w:p w14:paraId="34549EC3" w14:textId="77777777" w:rsidR="00846492" w:rsidRDefault="00000000">
            <w:pPr>
              <w:keepNext/>
            </w:pPr>
            <w:r>
              <w:t>PRIMĂRIA COMUNEI STÂLPU</w:t>
            </w:r>
          </w:p>
          <w:p w14:paraId="2D5B7E26" w14:textId="77777777" w:rsidR="00846492" w:rsidRDefault="00846492">
            <w:pPr>
              <w:keepNext/>
            </w:pPr>
          </w:p>
        </w:tc>
      </w:tr>
      <w:tr w:rsidR="00846492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846492" w:rsidRDefault="00846492"/>
        </w:tc>
        <w:tc>
          <w:tcPr>
            <w:tcW w:w="2409" w:type="dxa"/>
            <w:shd w:val="clear" w:color="auto" w:fill="F0F0F0"/>
          </w:tcPr>
          <w:p w14:paraId="3F6B65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77777777" w:rsidR="00846492" w:rsidRPr="00AD1D4A" w:rsidRDefault="00846492">
            <w:pPr>
              <w:keepNext/>
              <w:rPr>
                <w:lang w:val="fr-FR"/>
              </w:rPr>
            </w:pPr>
            <w:r>
              <w:t>2407591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178A42" w14:textId="77777777" w:rsidR="00846492" w:rsidRDefault="00000000">
            <w:pPr>
              <w:keepNext/>
            </w:pPr>
            <w:r>
              <w:t>Adresa</w:t>
            </w:r>
          </w:p>
          <w:p w14:paraId="5F1FFC83" w14:textId="77777777" w:rsidR="00846492" w:rsidRDefault="00000000">
            <w:pPr>
              <w:keepNext/>
            </w:pPr>
            <w:r>
              <w:t>Str. Constantin Angelescu nr. 186, comuna Stâlpu, județul Buzău, cod poștal 127605</w:t>
            </w:r>
          </w:p>
          <w:p w14:paraId="69271510" w14:textId="77777777" w:rsidR="00846492" w:rsidRDefault="00846492">
            <w:pPr>
              <w:keepNext/>
            </w:pPr>
            <w:r>
              <w:t>Tel./Fax: 0238-753598; E-mail: primariastilpu@yahoo.com</w:t>
            </w: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D1D4A">
              <w:rPr>
                <w:i/>
                <w:color w:val="595959"/>
                <w:lang w:val="fr-FR"/>
              </w:rPr>
              <w:t>se</w:t>
            </w:r>
            <w:proofErr w:type="gram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8"/>
          <w:headerReference w:type="first" r:id="rId9"/>
          <w:footerReference w:type="first" r:id="rId10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000000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din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7F4E6" w14:textId="77777777" w:rsidR="00B62F1C" w:rsidRDefault="00B62F1C">
      <w:r>
        <w:separator/>
      </w:r>
    </w:p>
  </w:endnote>
  <w:endnote w:type="continuationSeparator" w:id="0">
    <w:p w14:paraId="1F2571BF" w14:textId="77777777" w:rsidR="00B62F1C" w:rsidRDefault="00B62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56164" w14:textId="77777777" w:rsidR="00B62F1C" w:rsidRDefault="00B62F1C">
      <w:r>
        <w:separator/>
      </w:r>
    </w:p>
  </w:footnote>
  <w:footnote w:type="continuationSeparator" w:id="0">
    <w:p w14:paraId="6150B76E" w14:textId="77777777" w:rsidR="00B62F1C" w:rsidRDefault="00B62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Antet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6488A"/>
    <w:rsid w:val="00870FD7"/>
    <w:rsid w:val="00932ED5"/>
    <w:rsid w:val="00A05CF1"/>
    <w:rsid w:val="00A17614"/>
    <w:rsid w:val="00AA1D8D"/>
    <w:rsid w:val="00AD1D4A"/>
    <w:rsid w:val="00B47730"/>
    <w:rsid w:val="00B62F1C"/>
    <w:rsid w:val="00CA6FDB"/>
    <w:rsid w:val="00CB0664"/>
    <w:rsid w:val="00D2019F"/>
    <w:rsid w:val="00D2346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2026-10-06T16:49:00Z</dcterms:created>
  <dcterms:modified xsi:type="dcterms:W3CDTF">2026-10-06T16:49:00Z</dcterms:modified>
  <cp:category/>
</cp:coreProperties>
</file>